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D3628" w14:textId="505D25B4" w:rsidR="00052FEC" w:rsidRDefault="006E16E9">
      <w:pPr>
        <w:pStyle w:val="aa"/>
      </w:pPr>
      <w:proofErr w:type="spellStart"/>
      <w:r>
        <w:rPr>
          <w:rFonts w:ascii="Noto Sans CJK JP" w:eastAsia="Noto Sans CJK JP" w:hAnsi="Noto Sans CJK JP"/>
          <w:b w:val="0"/>
        </w:rPr>
        <w:t>別紙</w:t>
      </w:r>
      <w:proofErr w:type="spellEnd"/>
      <w:r w:rsidR="009909FA">
        <w:rPr>
          <w:rFonts w:ascii="ＭＳ 明朝" w:eastAsia="ＭＳ 明朝" w:hAnsi="ＭＳ 明朝" w:cs="ＭＳ 明朝" w:hint="eastAsia"/>
          <w:b w:val="0"/>
          <w:lang w:eastAsia="ja-JP"/>
        </w:rPr>
        <w:t>１</w:t>
      </w:r>
      <w:r>
        <w:rPr>
          <w:rFonts w:ascii="Noto Sans CJK JP" w:eastAsia="Noto Sans CJK JP" w:hAnsi="Noto Sans CJK JP"/>
          <w:b w:val="0"/>
        </w:rPr>
        <w:t xml:space="preserve">　</w:t>
      </w:r>
      <w:proofErr w:type="spellStart"/>
      <w:r>
        <w:rPr>
          <w:rFonts w:ascii="Noto Sans CJK JP" w:eastAsia="Noto Sans CJK JP" w:hAnsi="Noto Sans CJK JP"/>
          <w:b w:val="0"/>
        </w:rPr>
        <w:t>参加申込書</w:t>
      </w:r>
      <w:proofErr w:type="spellEnd"/>
    </w:p>
    <w:p w14:paraId="59F3820F" w14:textId="77777777" w:rsidR="00052FEC" w:rsidRDefault="006E16E9">
      <w:proofErr w:type="spellStart"/>
      <w:r>
        <w:t>令和</w:t>
      </w:r>
      <w:proofErr w:type="spellEnd"/>
      <w:r>
        <w:t xml:space="preserve">　年　月　日</w:t>
      </w:r>
    </w:p>
    <w:p w14:paraId="47C5C301" w14:textId="77777777" w:rsidR="00052FEC" w:rsidRDefault="00052FEC">
      <w:pPr>
        <w:spacing w:after="0"/>
        <w:rPr>
          <w:lang w:eastAsia="ja-JP"/>
        </w:rPr>
      </w:pPr>
    </w:p>
    <w:p w14:paraId="08D6E2F8" w14:textId="77777777" w:rsidR="00052FEC" w:rsidRDefault="006E16E9">
      <w:pPr>
        <w:jc w:val="center"/>
      </w:pPr>
      <w:r>
        <w:rPr>
          <w:b/>
          <w:sz w:val="26"/>
        </w:rPr>
        <w:t>参　加　申　込　書</w:t>
      </w:r>
    </w:p>
    <w:p w14:paraId="36CE0342" w14:textId="77777777" w:rsidR="00052FEC" w:rsidRDefault="006E16E9">
      <w:proofErr w:type="spellStart"/>
      <w:r>
        <w:t>南相馬市長</w:t>
      </w:r>
      <w:proofErr w:type="spellEnd"/>
      <w:r>
        <w:t xml:space="preserve">　宛</w:t>
      </w:r>
    </w:p>
    <w:p w14:paraId="5695ED99" w14:textId="77777777" w:rsidR="00052FEC" w:rsidRDefault="00052FEC">
      <w:pPr>
        <w:spacing w:after="0"/>
        <w:rPr>
          <w:lang w:eastAsia="ja-JP"/>
        </w:rPr>
      </w:pPr>
    </w:p>
    <w:p w14:paraId="50C8EA63" w14:textId="77777777" w:rsidR="00052FEC" w:rsidRDefault="006E16E9">
      <w:proofErr w:type="spellStart"/>
      <w:r>
        <w:t>会社名</w:t>
      </w:r>
      <w:proofErr w:type="spellEnd"/>
      <w:r>
        <w:t xml:space="preserve">　　　　　　　　　　　　　　　</w:t>
      </w:r>
    </w:p>
    <w:p w14:paraId="5FAC8755" w14:textId="77777777" w:rsidR="00052FEC" w:rsidRDefault="00052FEC">
      <w:pPr>
        <w:spacing w:after="0"/>
        <w:rPr>
          <w:lang w:eastAsia="ja-JP"/>
        </w:rPr>
      </w:pPr>
    </w:p>
    <w:p w14:paraId="78D0C109" w14:textId="77777777" w:rsidR="00052FEC" w:rsidRDefault="006E16E9">
      <w:proofErr w:type="spellStart"/>
      <w:r>
        <w:t>代表者名</w:t>
      </w:r>
      <w:proofErr w:type="spellEnd"/>
      <w:r>
        <w:t xml:space="preserve">　　　　　　　　　　　　　印</w:t>
      </w:r>
    </w:p>
    <w:p w14:paraId="6BBB3E81" w14:textId="77777777" w:rsidR="00052FEC" w:rsidRDefault="00052FEC">
      <w:pPr>
        <w:spacing w:after="0"/>
        <w:rPr>
          <w:lang w:eastAsia="ja-JP"/>
        </w:rPr>
      </w:pPr>
    </w:p>
    <w:p w14:paraId="0959D3F3" w14:textId="38F64D3A" w:rsidR="00052FEC" w:rsidRDefault="006E16E9" w:rsidP="000F6361">
      <w:pPr>
        <w:ind w:firstLineChars="100" w:firstLine="220"/>
        <w:rPr>
          <w:lang w:eastAsia="ja-JP"/>
        </w:rPr>
      </w:pPr>
      <w:r>
        <w:rPr>
          <w:lang w:eastAsia="ja-JP"/>
        </w:rPr>
        <w:t>当社は、「令和8年度 南相馬市官民連携次世代産業育成ファンド無限責任組合員募集」において、「令和8年度 南相馬市官民連携次世代産業育成ファンド 無限責任組合員募集要項」（別紙を含みます。）に記載の全ての事項（「令和8年度 南相馬市官民連携次世代産業育成ファンド 無限責任組合員募集における主な要件」（募集要項別紙3）に記載の要件を含みます。）を承諾した上で、下記のとおり参加申込みいたします。</w:t>
      </w:r>
    </w:p>
    <w:p w14:paraId="46B8EE4F" w14:textId="77777777" w:rsidR="00052FEC" w:rsidRDefault="00052FEC">
      <w:pPr>
        <w:spacing w:after="0"/>
        <w:rPr>
          <w:lang w:eastAsia="ja-JP"/>
        </w:rPr>
      </w:pPr>
    </w:p>
    <w:p w14:paraId="3F9B18FA" w14:textId="77777777" w:rsidR="00052FEC" w:rsidRDefault="006E16E9">
      <w:pPr>
        <w:jc w:val="center"/>
        <w:rPr>
          <w:lang w:eastAsia="ja-JP"/>
        </w:rPr>
      </w:pPr>
      <w:r>
        <w:rPr>
          <w:lang w:eastAsia="ja-JP"/>
        </w:rPr>
        <w:t>記</w:t>
      </w:r>
    </w:p>
    <w:p w14:paraId="3C1A0537" w14:textId="5BFD8389" w:rsidR="00052FEC" w:rsidRDefault="006E16E9">
      <w:pPr>
        <w:rPr>
          <w:lang w:eastAsia="ja-JP"/>
        </w:rPr>
      </w:pPr>
      <w:r w:rsidRPr="00CC1E46">
        <w:rPr>
          <w:b/>
          <w:bCs/>
          <w:lang w:eastAsia="ja-JP"/>
        </w:rPr>
        <w:t>1　設立するファンドの組合員構成</w:t>
      </w:r>
      <w:r>
        <w:rPr>
          <w:lang w:eastAsia="ja-JP"/>
        </w:rPr>
        <w:t>（以下のいずれかに</w:t>
      </w:r>
      <w:r w:rsidR="00E13B4B">
        <w:rPr>
          <w:rFonts w:ascii="ＭＳ 明朝" w:eastAsia="ＭＳ 明朝" w:hAnsi="ＭＳ 明朝" w:cs="ＭＳ 明朝" w:hint="eastAsia"/>
          <w:lang w:eastAsia="ja-JP"/>
        </w:rPr>
        <w:t>〇</w:t>
      </w:r>
      <w:r>
        <w:rPr>
          <w:lang w:eastAsia="ja-JP"/>
        </w:rPr>
        <w:t>を付けてください）</w:t>
      </w:r>
    </w:p>
    <w:p w14:paraId="3F79A9A5" w14:textId="77777777" w:rsidR="00052FEC" w:rsidRDefault="00052FEC">
      <w:pPr>
        <w:spacing w:after="0"/>
        <w:rPr>
          <w:lang w:eastAsia="ja-JP"/>
        </w:rPr>
      </w:pPr>
    </w:p>
    <w:p w14:paraId="396DF7CF" w14:textId="56257708" w:rsidR="00052FEC" w:rsidRDefault="006E16E9">
      <w:pPr>
        <w:rPr>
          <w:lang w:eastAsia="ja-JP"/>
        </w:rPr>
      </w:pPr>
      <w:r>
        <w:rPr>
          <w:lang w:eastAsia="ja-JP"/>
        </w:rPr>
        <w:t>（1）GP（1</w:t>
      </w:r>
      <w:r w:rsidR="00975483">
        <w:rPr>
          <w:rFonts w:hint="eastAsia"/>
          <w:lang w:eastAsia="ja-JP"/>
        </w:rPr>
        <w:t>者</w:t>
      </w:r>
      <w:r>
        <w:rPr>
          <w:lang w:eastAsia="ja-JP"/>
        </w:rPr>
        <w:t>）、LP（市のみ）</w:t>
      </w:r>
    </w:p>
    <w:p w14:paraId="018D11C6" w14:textId="77777777" w:rsidR="00052FEC" w:rsidRDefault="00052FEC">
      <w:pPr>
        <w:spacing w:after="0"/>
        <w:rPr>
          <w:lang w:eastAsia="ja-JP"/>
        </w:rPr>
      </w:pPr>
    </w:p>
    <w:p w14:paraId="1BEF85D0" w14:textId="76546138" w:rsidR="00052FEC" w:rsidRDefault="006E16E9">
      <w:pPr>
        <w:rPr>
          <w:lang w:eastAsia="ja-JP"/>
        </w:rPr>
      </w:pPr>
      <w:r>
        <w:rPr>
          <w:lang w:eastAsia="ja-JP"/>
        </w:rPr>
        <w:t>（2）GP（1</w:t>
      </w:r>
      <w:r w:rsidR="00975483">
        <w:rPr>
          <w:rFonts w:hint="eastAsia"/>
          <w:lang w:eastAsia="ja-JP"/>
        </w:rPr>
        <w:t>者</w:t>
      </w:r>
      <w:r>
        <w:rPr>
          <w:lang w:eastAsia="ja-JP"/>
        </w:rPr>
        <w:t>）、LP（市及び適格機関投資家）</w:t>
      </w:r>
    </w:p>
    <w:p w14:paraId="27EEE873" w14:textId="77777777" w:rsidR="00052FEC" w:rsidRDefault="00052FEC">
      <w:pPr>
        <w:spacing w:after="0"/>
        <w:rPr>
          <w:lang w:eastAsia="ja-JP"/>
        </w:rPr>
      </w:pPr>
    </w:p>
    <w:p w14:paraId="13584784" w14:textId="77777777" w:rsidR="00052FEC" w:rsidRDefault="006E16E9">
      <w:pPr>
        <w:rPr>
          <w:lang w:eastAsia="ja-JP"/>
        </w:rPr>
      </w:pPr>
      <w:r>
        <w:rPr>
          <w:lang w:eastAsia="ja-JP"/>
        </w:rPr>
        <w:t>（3）その他</w:t>
      </w:r>
    </w:p>
    <w:p w14:paraId="11B11F1D" w14:textId="77777777" w:rsidR="00052FEC" w:rsidRDefault="00052FEC">
      <w:pPr>
        <w:spacing w:after="0"/>
        <w:rPr>
          <w:lang w:eastAsia="ja-JP"/>
        </w:rPr>
      </w:pPr>
    </w:p>
    <w:p w14:paraId="53035933" w14:textId="77777777" w:rsidR="00052FEC" w:rsidRDefault="006E16E9">
      <w:pPr>
        <w:rPr>
          <w:lang w:eastAsia="ja-JP"/>
        </w:rPr>
      </w:pPr>
      <w:r w:rsidRPr="00CC1E46">
        <w:rPr>
          <w:b/>
          <w:bCs/>
          <w:lang w:eastAsia="ja-JP"/>
        </w:rPr>
        <w:t>2　GPの登録ライセンス</w:t>
      </w:r>
      <w:r>
        <w:rPr>
          <w:lang w:eastAsia="ja-JP"/>
        </w:rPr>
        <w:t>（以下、該当する項目に〇をつけてください）</w:t>
      </w:r>
    </w:p>
    <w:p w14:paraId="0B6B7333" w14:textId="77777777" w:rsidR="00052FEC" w:rsidRPr="008B51AF" w:rsidRDefault="00052FEC">
      <w:pPr>
        <w:spacing w:after="0"/>
        <w:rPr>
          <w:lang w:eastAsia="ja-JP"/>
        </w:rPr>
      </w:pPr>
    </w:p>
    <w:p w14:paraId="342F11D1" w14:textId="77777777" w:rsidR="00052FEC" w:rsidRDefault="006E16E9">
      <w:r>
        <w:t>（1）第二種金融商品取引業</w:t>
      </w:r>
    </w:p>
    <w:p w14:paraId="56DECFA9" w14:textId="77777777" w:rsidR="00052FEC" w:rsidRDefault="00052FEC">
      <w:pPr>
        <w:spacing w:after="0"/>
        <w:rPr>
          <w:lang w:eastAsia="ja-JP"/>
        </w:rPr>
      </w:pPr>
    </w:p>
    <w:p w14:paraId="3CD16135" w14:textId="77777777" w:rsidR="00052FEC" w:rsidRDefault="006E16E9">
      <w:pPr>
        <w:rPr>
          <w:lang w:eastAsia="ja-JP"/>
        </w:rPr>
      </w:pPr>
      <w:r>
        <w:rPr>
          <w:lang w:eastAsia="ja-JP"/>
        </w:rPr>
        <w:t>（2）投資運用業</w:t>
      </w:r>
    </w:p>
    <w:p w14:paraId="49AFF01D" w14:textId="77777777" w:rsidR="00052FEC" w:rsidRDefault="00052FEC">
      <w:pPr>
        <w:spacing w:after="0"/>
        <w:rPr>
          <w:lang w:eastAsia="ja-JP"/>
        </w:rPr>
      </w:pPr>
    </w:p>
    <w:p w14:paraId="7D9B5E53" w14:textId="77777777" w:rsidR="00052FEC" w:rsidRDefault="006E16E9">
      <w:pPr>
        <w:rPr>
          <w:lang w:eastAsia="ja-JP"/>
        </w:rPr>
      </w:pPr>
      <w:r>
        <w:rPr>
          <w:lang w:eastAsia="ja-JP"/>
        </w:rPr>
        <w:t>（3）該当なし</w:t>
      </w:r>
    </w:p>
    <w:p w14:paraId="556D1B47" w14:textId="77777777" w:rsidR="00052FEC" w:rsidRDefault="00052FEC">
      <w:pPr>
        <w:spacing w:after="0"/>
        <w:rPr>
          <w:lang w:eastAsia="ja-JP"/>
        </w:rPr>
      </w:pPr>
    </w:p>
    <w:p w14:paraId="55BC656F" w14:textId="77777777" w:rsidR="00052FEC" w:rsidRDefault="006E16E9">
      <w:pPr>
        <w:rPr>
          <w:lang w:eastAsia="ja-JP"/>
        </w:rPr>
      </w:pPr>
      <w:r w:rsidRPr="00CC1E46">
        <w:rPr>
          <w:b/>
          <w:bCs/>
          <w:lang w:eastAsia="ja-JP"/>
        </w:rPr>
        <w:t>3　想定出資約束金額総額内訳</w:t>
      </w:r>
      <w:r>
        <w:rPr>
          <w:lang w:eastAsia="ja-JP"/>
        </w:rPr>
        <w:t>（※有限責任組合員は市を除く）　（単位：億円）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464"/>
        <w:gridCol w:w="2464"/>
        <w:gridCol w:w="2463"/>
        <w:gridCol w:w="2463"/>
      </w:tblGrid>
      <w:tr w:rsidR="00052FEC" w:rsidRPr="000F6361" w14:paraId="7FB990A6" w14:textId="77777777" w:rsidTr="000F6361">
        <w:trPr>
          <w:jc w:val="center"/>
        </w:trPr>
        <w:tc>
          <w:tcPr>
            <w:tcW w:w="2464" w:type="dxa"/>
            <w:shd w:val="clear" w:color="auto" w:fill="E7E6E6"/>
            <w:vAlign w:val="center"/>
          </w:tcPr>
          <w:p w14:paraId="4E4D0A3E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  <w:szCs w:val="36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組合員区分</w:t>
            </w:r>
            <w:proofErr w:type="spellEnd"/>
          </w:p>
        </w:tc>
        <w:tc>
          <w:tcPr>
            <w:tcW w:w="2464" w:type="dxa"/>
            <w:shd w:val="clear" w:color="auto" w:fill="E7E6E6"/>
            <w:vAlign w:val="center"/>
          </w:tcPr>
          <w:p w14:paraId="7C8EC563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  <w:szCs w:val="36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組合員名</w:t>
            </w:r>
            <w:proofErr w:type="spellEnd"/>
          </w:p>
        </w:tc>
        <w:tc>
          <w:tcPr>
            <w:tcW w:w="2463" w:type="dxa"/>
            <w:shd w:val="clear" w:color="auto" w:fill="E7E6E6"/>
            <w:vAlign w:val="center"/>
          </w:tcPr>
          <w:p w14:paraId="0C375124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  <w:szCs w:val="36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出資予定額</w:t>
            </w:r>
            <w:proofErr w:type="spellEnd"/>
          </w:p>
        </w:tc>
        <w:tc>
          <w:tcPr>
            <w:tcW w:w="2463" w:type="dxa"/>
            <w:shd w:val="clear" w:color="auto" w:fill="E7E6E6"/>
            <w:vAlign w:val="center"/>
          </w:tcPr>
          <w:p w14:paraId="41309464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  <w:szCs w:val="36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出資確定額</w:t>
            </w:r>
            <w:proofErr w:type="spellEnd"/>
          </w:p>
        </w:tc>
      </w:tr>
      <w:tr w:rsidR="00052FEC" w:rsidRPr="000F6361" w14:paraId="363261E6" w14:textId="77777777" w:rsidTr="000F6361">
        <w:trPr>
          <w:jc w:val="center"/>
        </w:trPr>
        <w:tc>
          <w:tcPr>
            <w:tcW w:w="2464" w:type="dxa"/>
            <w:vAlign w:val="center"/>
          </w:tcPr>
          <w:p w14:paraId="0CEF25B9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  <w:szCs w:val="36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無限責任組合員</w:t>
            </w:r>
            <w:proofErr w:type="spellEnd"/>
          </w:p>
        </w:tc>
        <w:tc>
          <w:tcPr>
            <w:tcW w:w="2464" w:type="dxa"/>
            <w:vAlign w:val="center"/>
          </w:tcPr>
          <w:p w14:paraId="4D86CF99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  <w:tc>
          <w:tcPr>
            <w:tcW w:w="2463" w:type="dxa"/>
            <w:vAlign w:val="center"/>
          </w:tcPr>
          <w:p w14:paraId="47D6EC8F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  <w:tc>
          <w:tcPr>
            <w:tcW w:w="2463" w:type="dxa"/>
            <w:vAlign w:val="center"/>
          </w:tcPr>
          <w:p w14:paraId="1B3E0AD6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</w:tr>
      <w:tr w:rsidR="00052FEC" w:rsidRPr="000F6361" w14:paraId="5986157D" w14:textId="77777777" w:rsidTr="000F6361">
        <w:trPr>
          <w:jc w:val="center"/>
        </w:trPr>
        <w:tc>
          <w:tcPr>
            <w:tcW w:w="2464" w:type="dxa"/>
            <w:vAlign w:val="center"/>
          </w:tcPr>
          <w:p w14:paraId="45E28A33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  <w:szCs w:val="36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有限責任組合員</w:t>
            </w:r>
            <w:proofErr w:type="spellEnd"/>
          </w:p>
        </w:tc>
        <w:tc>
          <w:tcPr>
            <w:tcW w:w="2464" w:type="dxa"/>
            <w:vAlign w:val="center"/>
          </w:tcPr>
          <w:p w14:paraId="1EDC919C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  <w:tc>
          <w:tcPr>
            <w:tcW w:w="2463" w:type="dxa"/>
            <w:vAlign w:val="center"/>
          </w:tcPr>
          <w:p w14:paraId="0ECAC14D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  <w:tc>
          <w:tcPr>
            <w:tcW w:w="2463" w:type="dxa"/>
            <w:vAlign w:val="center"/>
          </w:tcPr>
          <w:p w14:paraId="13666039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</w:tr>
      <w:tr w:rsidR="00052FEC" w:rsidRPr="000F6361" w14:paraId="614C1971" w14:textId="77777777" w:rsidTr="000F6361">
        <w:trPr>
          <w:jc w:val="center"/>
        </w:trPr>
        <w:tc>
          <w:tcPr>
            <w:tcW w:w="2464" w:type="dxa"/>
            <w:vAlign w:val="center"/>
          </w:tcPr>
          <w:p w14:paraId="07F351C0" w14:textId="4CA2EB11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  <w:szCs w:val="36"/>
              </w:rPr>
            </w:pPr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合</w:t>
            </w:r>
            <w:r w:rsidR="000F6361">
              <w:rPr>
                <w:rFonts w:asciiTheme="minorEastAsia" w:eastAsiaTheme="minorEastAsia" w:hAnsiTheme="minorEastAsia" w:hint="eastAsia"/>
                <w:sz w:val="22"/>
                <w:szCs w:val="36"/>
                <w:lang w:eastAsia="ja-JP"/>
              </w:rPr>
              <w:t xml:space="preserve">　</w:t>
            </w:r>
            <w:r w:rsidRPr="000F6361">
              <w:rPr>
                <w:rFonts w:asciiTheme="minorEastAsia" w:eastAsiaTheme="minorEastAsia" w:hAnsiTheme="minorEastAsia"/>
                <w:sz w:val="22"/>
                <w:szCs w:val="36"/>
              </w:rPr>
              <w:t>計</w:t>
            </w:r>
          </w:p>
        </w:tc>
        <w:tc>
          <w:tcPr>
            <w:tcW w:w="2464" w:type="dxa"/>
            <w:vAlign w:val="center"/>
          </w:tcPr>
          <w:p w14:paraId="1C93F776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  <w:tc>
          <w:tcPr>
            <w:tcW w:w="2463" w:type="dxa"/>
            <w:vAlign w:val="center"/>
          </w:tcPr>
          <w:p w14:paraId="738932FF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  <w:tc>
          <w:tcPr>
            <w:tcW w:w="2463" w:type="dxa"/>
            <w:vAlign w:val="center"/>
          </w:tcPr>
          <w:p w14:paraId="71764543" w14:textId="77777777" w:rsidR="00052FEC" w:rsidRPr="000F6361" w:rsidRDefault="00052FEC" w:rsidP="000F6361">
            <w:pPr>
              <w:pStyle w:val="ReviewSmall"/>
              <w:spacing w:after="0" w:line="276" w:lineRule="auto"/>
              <w:rPr>
                <w:rFonts w:asciiTheme="minorEastAsia" w:eastAsiaTheme="minorEastAsia" w:hAnsiTheme="minorEastAsia"/>
                <w:sz w:val="22"/>
                <w:szCs w:val="36"/>
              </w:rPr>
            </w:pPr>
          </w:p>
        </w:tc>
      </w:tr>
    </w:tbl>
    <w:p w14:paraId="78E7AD94" w14:textId="3C634D82" w:rsidR="000F6361" w:rsidRDefault="0016725E" w:rsidP="00B57EC1">
      <w:pPr>
        <w:ind w:leftChars="100" w:left="440" w:hangingChars="100" w:hanging="220"/>
        <w:rPr>
          <w:lang w:eastAsia="ja-JP"/>
        </w:rPr>
      </w:pPr>
      <w:r w:rsidRPr="0016725E">
        <w:rPr>
          <w:lang w:eastAsia="ja-JP"/>
        </w:rPr>
        <w:t>※組合員名の記載については、募集要項「第</w:t>
      </w:r>
      <w:r>
        <w:rPr>
          <w:rFonts w:hint="eastAsia"/>
          <w:lang w:eastAsia="ja-JP"/>
        </w:rPr>
        <w:t xml:space="preserve">６　</w:t>
      </w:r>
      <w:r w:rsidRPr="0016725E">
        <w:rPr>
          <w:lang w:eastAsia="ja-JP"/>
        </w:rPr>
        <w:t>提出書類」に定める機密情報の取扱いによることができる。</w:t>
      </w:r>
    </w:p>
    <w:p w14:paraId="3AA3514A" w14:textId="77777777" w:rsidR="000F6361" w:rsidRDefault="000F6361">
      <w:pPr>
        <w:rPr>
          <w:lang w:eastAsia="ja-JP"/>
        </w:rPr>
      </w:pPr>
    </w:p>
    <w:p w14:paraId="3F78F8DD" w14:textId="6AFB02B2" w:rsidR="00052FEC" w:rsidRPr="00CC1E46" w:rsidRDefault="006E16E9">
      <w:pPr>
        <w:rPr>
          <w:b/>
          <w:bCs/>
        </w:rPr>
      </w:pPr>
      <w:r w:rsidRPr="00CC1E46">
        <w:rPr>
          <w:b/>
          <w:bCs/>
        </w:rPr>
        <w:t xml:space="preserve">4　</w:t>
      </w:r>
      <w:proofErr w:type="spellStart"/>
      <w:r w:rsidRPr="00CC1E46">
        <w:rPr>
          <w:b/>
          <w:bCs/>
        </w:rPr>
        <w:t>本事業の担当者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464"/>
        <w:gridCol w:w="2464"/>
        <w:gridCol w:w="2463"/>
        <w:gridCol w:w="2463"/>
      </w:tblGrid>
      <w:tr w:rsidR="00052FEC" w:rsidRPr="000F6361" w14:paraId="5F757155" w14:textId="77777777" w:rsidTr="000F6361">
        <w:trPr>
          <w:jc w:val="center"/>
        </w:trPr>
        <w:tc>
          <w:tcPr>
            <w:tcW w:w="2464" w:type="dxa"/>
            <w:shd w:val="clear" w:color="auto" w:fill="E7E6E6"/>
            <w:vAlign w:val="center"/>
          </w:tcPr>
          <w:p w14:paraId="5F64A92A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</w:rPr>
              <w:t>氏名</w:t>
            </w:r>
            <w:proofErr w:type="spellEnd"/>
          </w:p>
        </w:tc>
        <w:tc>
          <w:tcPr>
            <w:tcW w:w="2464" w:type="dxa"/>
            <w:shd w:val="clear" w:color="auto" w:fill="E7E6E6"/>
            <w:vAlign w:val="center"/>
          </w:tcPr>
          <w:p w14:paraId="33BAABD1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</w:rPr>
              <w:t>所属</w:t>
            </w:r>
            <w:proofErr w:type="spellEnd"/>
          </w:p>
        </w:tc>
        <w:tc>
          <w:tcPr>
            <w:tcW w:w="2463" w:type="dxa"/>
            <w:shd w:val="clear" w:color="auto" w:fill="E7E6E6"/>
            <w:vAlign w:val="center"/>
          </w:tcPr>
          <w:p w14:paraId="1B5E388F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</w:rPr>
              <w:t>電話番号</w:t>
            </w:r>
            <w:proofErr w:type="spellEnd"/>
          </w:p>
        </w:tc>
        <w:tc>
          <w:tcPr>
            <w:tcW w:w="2463" w:type="dxa"/>
            <w:shd w:val="clear" w:color="auto" w:fill="E7E6E6"/>
            <w:vAlign w:val="center"/>
          </w:tcPr>
          <w:p w14:paraId="08AC924E" w14:textId="77777777" w:rsidR="00052FEC" w:rsidRPr="000F6361" w:rsidRDefault="006E16E9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  <w:proofErr w:type="spellStart"/>
            <w:r w:rsidRPr="000F6361">
              <w:rPr>
                <w:rFonts w:asciiTheme="minorEastAsia" w:eastAsiaTheme="minorEastAsia" w:hAnsiTheme="minorEastAsia"/>
                <w:sz w:val="22"/>
              </w:rPr>
              <w:t>メールアドレス</w:t>
            </w:r>
            <w:proofErr w:type="spellEnd"/>
          </w:p>
        </w:tc>
      </w:tr>
      <w:tr w:rsidR="00052FEC" w:rsidRPr="000F6361" w14:paraId="37DDA72C" w14:textId="77777777" w:rsidTr="000F6361">
        <w:trPr>
          <w:jc w:val="center"/>
        </w:trPr>
        <w:tc>
          <w:tcPr>
            <w:tcW w:w="2464" w:type="dxa"/>
            <w:vAlign w:val="center"/>
          </w:tcPr>
          <w:p w14:paraId="3789B028" w14:textId="77777777" w:rsidR="00052FEC" w:rsidRPr="000F6361" w:rsidRDefault="00052FEC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64" w:type="dxa"/>
            <w:vAlign w:val="center"/>
          </w:tcPr>
          <w:p w14:paraId="3837C60C" w14:textId="77777777" w:rsidR="00052FEC" w:rsidRPr="000F6361" w:rsidRDefault="00052FEC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63" w:type="dxa"/>
            <w:vAlign w:val="center"/>
          </w:tcPr>
          <w:p w14:paraId="4EB59A31" w14:textId="77777777" w:rsidR="00052FEC" w:rsidRPr="000F6361" w:rsidRDefault="00052FEC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63" w:type="dxa"/>
            <w:vAlign w:val="center"/>
          </w:tcPr>
          <w:p w14:paraId="27E92FDB" w14:textId="77777777" w:rsidR="00052FEC" w:rsidRPr="000F6361" w:rsidRDefault="00052FEC" w:rsidP="000F6361">
            <w:pPr>
              <w:pStyle w:val="ReviewSmall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07260D3F" w14:textId="77777777" w:rsidR="000F6361" w:rsidRDefault="000F6361">
      <w:pPr>
        <w:rPr>
          <w:lang w:eastAsia="ja-JP"/>
        </w:rPr>
      </w:pPr>
    </w:p>
    <w:p w14:paraId="4D6308D1" w14:textId="5055D054" w:rsidR="00052FEC" w:rsidRDefault="006E16E9">
      <w:pPr>
        <w:rPr>
          <w:lang w:eastAsia="ja-JP"/>
        </w:rPr>
      </w:pPr>
      <w:r w:rsidRPr="00CC1E46">
        <w:rPr>
          <w:b/>
          <w:bCs/>
          <w:lang w:eastAsia="ja-JP"/>
        </w:rPr>
        <w:t>5　添付書類</w:t>
      </w:r>
      <w:r>
        <w:rPr>
          <w:lang w:eastAsia="ja-JP"/>
        </w:rPr>
        <w:t>（電子ファイル又は郵送）</w:t>
      </w:r>
    </w:p>
    <w:p w14:paraId="07853FC3" w14:textId="77777777" w:rsidR="00052FEC" w:rsidRDefault="00052FEC">
      <w:pPr>
        <w:spacing w:after="0"/>
        <w:rPr>
          <w:lang w:eastAsia="ja-JP"/>
        </w:rPr>
      </w:pPr>
    </w:p>
    <w:p w14:paraId="1DEBCFC4" w14:textId="77777777" w:rsidR="00052FEC" w:rsidRDefault="006E16E9">
      <w:pPr>
        <w:rPr>
          <w:lang w:eastAsia="ja-JP"/>
        </w:rPr>
      </w:pPr>
      <w:r>
        <w:rPr>
          <w:lang w:eastAsia="ja-JP"/>
        </w:rPr>
        <w:t>（1）参加申込書・・・1部</w:t>
      </w:r>
    </w:p>
    <w:p w14:paraId="5729E849" w14:textId="77777777" w:rsidR="00052FEC" w:rsidRDefault="00052FEC">
      <w:pPr>
        <w:spacing w:after="0"/>
        <w:rPr>
          <w:lang w:eastAsia="ja-JP"/>
        </w:rPr>
      </w:pPr>
    </w:p>
    <w:p w14:paraId="7DC112F4" w14:textId="77777777" w:rsidR="00052FEC" w:rsidRDefault="006E16E9">
      <w:pPr>
        <w:rPr>
          <w:lang w:eastAsia="ja-JP"/>
        </w:rPr>
      </w:pPr>
      <w:r>
        <w:rPr>
          <w:lang w:eastAsia="ja-JP"/>
        </w:rPr>
        <w:t>（2）ファンド設立趣意書（募集要項別紙2参照）・・・1部</w:t>
      </w:r>
    </w:p>
    <w:p w14:paraId="15989369" w14:textId="77777777" w:rsidR="00052FEC" w:rsidRDefault="00052FEC">
      <w:pPr>
        <w:spacing w:after="0"/>
        <w:rPr>
          <w:lang w:eastAsia="ja-JP"/>
        </w:rPr>
      </w:pPr>
    </w:p>
    <w:p w14:paraId="195BD786" w14:textId="77777777" w:rsidR="00052FEC" w:rsidRDefault="006E16E9">
      <w:pPr>
        <w:rPr>
          <w:lang w:eastAsia="ja-JP"/>
        </w:rPr>
      </w:pPr>
      <w:r>
        <w:rPr>
          <w:lang w:eastAsia="ja-JP"/>
        </w:rPr>
        <w:t>（3）法人の履歴事項全部証明書（写し・最新の会社情報を反映したもの）・・・1部</w:t>
      </w:r>
    </w:p>
    <w:p w14:paraId="3540D967" w14:textId="77777777" w:rsidR="00A55B9C" w:rsidRDefault="00A55B9C">
      <w:pPr>
        <w:spacing w:after="0"/>
        <w:rPr>
          <w:lang w:eastAsia="ja-JP"/>
        </w:rPr>
      </w:pPr>
    </w:p>
    <w:p w14:paraId="2F52E9B9" w14:textId="10ECA2DF" w:rsidR="00052FEC" w:rsidRDefault="00A55B9C">
      <w:pPr>
        <w:spacing w:after="0"/>
        <w:rPr>
          <w:lang w:eastAsia="ja-JP"/>
        </w:rPr>
      </w:pPr>
      <w:r>
        <w:rPr>
          <w:rFonts w:hint="eastAsia"/>
          <w:lang w:eastAsia="ja-JP"/>
        </w:rPr>
        <w:t>（4）令和７・８年度南相馬市入札参加資格審査申請書受理票の写し・・・1部</w:t>
      </w:r>
    </w:p>
    <w:p w14:paraId="5BE115B5" w14:textId="77777777" w:rsidR="00A55B9C" w:rsidRDefault="00A55B9C">
      <w:pPr>
        <w:spacing w:after="0"/>
        <w:rPr>
          <w:lang w:eastAsia="ja-JP"/>
        </w:rPr>
      </w:pPr>
    </w:p>
    <w:p w14:paraId="1ADD1C1A" w14:textId="570E0DB7" w:rsidR="004F02FE" w:rsidRDefault="006E16E9" w:rsidP="004F02FE">
      <w:pPr>
        <w:rPr>
          <w:lang w:eastAsia="ja-JP"/>
        </w:rPr>
      </w:pPr>
      <w:r>
        <w:rPr>
          <w:lang w:eastAsia="ja-JP"/>
        </w:rPr>
        <w:t>（</w:t>
      </w:r>
      <w:r w:rsidR="00A55B9C">
        <w:rPr>
          <w:rFonts w:hint="eastAsia"/>
          <w:lang w:eastAsia="ja-JP"/>
        </w:rPr>
        <w:t>5</w:t>
      </w:r>
      <w:r>
        <w:rPr>
          <w:lang w:eastAsia="ja-JP"/>
        </w:rPr>
        <w:t>）その他市が必要と認めた書類</w:t>
      </w:r>
    </w:p>
    <w:p w14:paraId="2A574E52" w14:textId="3690C70E" w:rsidR="00052FEC" w:rsidRDefault="00052FEC" w:rsidP="000F6361">
      <w:pPr>
        <w:ind w:firstLineChars="100" w:firstLine="220"/>
        <w:rPr>
          <w:lang w:eastAsia="ja-JP"/>
        </w:rPr>
      </w:pPr>
    </w:p>
    <w:sectPr w:rsidR="00052FEC" w:rsidSect="00F95FFD">
      <w:footerReference w:type="default" r:id="rId8"/>
      <w:pgSz w:w="11906" w:h="16838"/>
      <w:pgMar w:top="1361" w:right="1021" w:bottom="1361" w:left="102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62794" w14:textId="77777777" w:rsidR="00881C51" w:rsidRDefault="00881C51">
      <w:pPr>
        <w:spacing w:after="0" w:line="240" w:lineRule="auto"/>
      </w:pPr>
      <w:r>
        <w:separator/>
      </w:r>
    </w:p>
  </w:endnote>
  <w:endnote w:type="continuationSeparator" w:id="0">
    <w:p w14:paraId="78F6D48E" w14:textId="77777777" w:rsidR="00881C51" w:rsidRDefault="00881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3428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B00B5AF" w14:textId="55C61B92" w:rsidR="00024A61" w:rsidRDefault="00784E08" w:rsidP="00784E08">
            <w:pPr>
              <w:pStyle w:val="a7"/>
              <w:jc w:val="center"/>
            </w:pPr>
            <w:r w:rsidRPr="00784E08">
              <w:rPr>
                <w:rFonts w:ascii="ＭＳ ゴシック" w:eastAsia="ＭＳ ゴシック" w:hAnsi="ＭＳ ゴシック"/>
                <w:lang w:val="ja-JP" w:eastAsia="ja-JP"/>
              </w:rPr>
              <w:t xml:space="preserve"> </w:t>
            </w:r>
            <w:r w:rsidRPr="00784E08">
              <w:rPr>
                <w:rFonts w:ascii="ＭＳ ゴシック" w:eastAsia="ＭＳ ゴシック" w:hAnsi="ＭＳ ゴシック"/>
              </w:rPr>
              <w:fldChar w:fldCharType="begin"/>
            </w:r>
            <w:r w:rsidRPr="00784E08">
              <w:rPr>
                <w:rFonts w:ascii="ＭＳ ゴシック" w:eastAsia="ＭＳ ゴシック" w:hAnsi="ＭＳ ゴシック"/>
              </w:rPr>
              <w:instrText>PAGE</w:instrText>
            </w:r>
            <w:r w:rsidRPr="00784E08">
              <w:rPr>
                <w:rFonts w:ascii="ＭＳ ゴシック" w:eastAsia="ＭＳ ゴシック" w:hAnsi="ＭＳ ゴシック"/>
              </w:rPr>
              <w:fldChar w:fldCharType="separate"/>
            </w:r>
            <w:r w:rsidRPr="00784E08">
              <w:rPr>
                <w:rFonts w:ascii="ＭＳ ゴシック" w:eastAsia="ＭＳ ゴシック" w:hAnsi="ＭＳ ゴシック"/>
                <w:lang w:val="ja-JP" w:eastAsia="ja-JP"/>
              </w:rPr>
              <w:t>2</w:t>
            </w:r>
            <w:r w:rsidRPr="00784E08">
              <w:rPr>
                <w:rFonts w:ascii="ＭＳ ゴシック" w:eastAsia="ＭＳ ゴシック" w:hAnsi="ＭＳ ゴシック"/>
              </w:rPr>
              <w:fldChar w:fldCharType="end"/>
            </w:r>
            <w:r w:rsidRPr="00784E08">
              <w:rPr>
                <w:rFonts w:ascii="ＭＳ ゴシック" w:eastAsia="ＭＳ ゴシック" w:hAnsi="ＭＳ ゴシック"/>
                <w:lang w:val="ja-JP" w:eastAsia="ja-JP"/>
              </w:rPr>
              <w:t xml:space="preserve"> / </w:t>
            </w:r>
            <w:r w:rsidRPr="00784E08">
              <w:rPr>
                <w:rFonts w:ascii="ＭＳ ゴシック" w:eastAsia="ＭＳ ゴシック" w:hAnsi="ＭＳ ゴシック"/>
              </w:rPr>
              <w:fldChar w:fldCharType="begin"/>
            </w:r>
            <w:r w:rsidRPr="00784E08">
              <w:rPr>
                <w:rFonts w:ascii="ＭＳ ゴシック" w:eastAsia="ＭＳ ゴシック" w:hAnsi="ＭＳ ゴシック"/>
              </w:rPr>
              <w:instrText xml:space="preserve"> SECTIONPAGES  </w:instrText>
            </w:r>
            <w:r w:rsidRPr="00784E08">
              <w:rPr>
                <w:rFonts w:ascii="ＭＳ ゴシック" w:eastAsia="ＭＳ ゴシック" w:hAnsi="ＭＳ ゴシック"/>
              </w:rPr>
              <w:fldChar w:fldCharType="separate"/>
            </w:r>
            <w:r w:rsidR="004F02FE">
              <w:rPr>
                <w:rFonts w:ascii="ＭＳ ゴシック" w:eastAsia="ＭＳ ゴシック" w:hAnsi="ＭＳ ゴシック"/>
                <w:noProof/>
              </w:rPr>
              <w:t>2</w:t>
            </w:r>
            <w:r w:rsidRPr="00784E08">
              <w:rPr>
                <w:rFonts w:ascii="ＭＳ ゴシック" w:eastAsia="ＭＳ ゴシック" w:hAnsi="ＭＳ ゴシック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3B760" w14:textId="77777777" w:rsidR="00881C51" w:rsidRDefault="00881C51">
      <w:pPr>
        <w:spacing w:after="0" w:line="240" w:lineRule="auto"/>
      </w:pPr>
      <w:r>
        <w:separator/>
      </w:r>
    </w:p>
  </w:footnote>
  <w:footnote w:type="continuationSeparator" w:id="0">
    <w:p w14:paraId="7DE1E7E0" w14:textId="77777777" w:rsidR="00881C51" w:rsidRDefault="00881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1E5D40"/>
    <w:multiLevelType w:val="hybridMultilevel"/>
    <w:tmpl w:val="A8962128"/>
    <w:lvl w:ilvl="0" w:tplc="8076CFB4">
      <w:start w:val="1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40"/>
      </w:pPr>
    </w:lvl>
    <w:lvl w:ilvl="3" w:tplc="0409000F" w:tentative="1">
      <w:start w:val="1"/>
      <w:numFmt w:val="decimal"/>
      <w:lvlText w:val="%4."/>
      <w:lvlJc w:val="left"/>
      <w:pPr>
        <w:ind w:left="2225" w:hanging="440"/>
      </w:pPr>
    </w:lvl>
    <w:lvl w:ilvl="4" w:tplc="04090017" w:tentative="1">
      <w:start w:val="1"/>
      <w:numFmt w:val="aiueoFullWidth"/>
      <w:lvlText w:val="(%5)"/>
      <w:lvlJc w:val="left"/>
      <w:pPr>
        <w:ind w:left="26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40"/>
      </w:pPr>
    </w:lvl>
    <w:lvl w:ilvl="6" w:tplc="0409000F" w:tentative="1">
      <w:start w:val="1"/>
      <w:numFmt w:val="decimal"/>
      <w:lvlText w:val="%7."/>
      <w:lvlJc w:val="left"/>
      <w:pPr>
        <w:ind w:left="3545" w:hanging="440"/>
      </w:pPr>
    </w:lvl>
    <w:lvl w:ilvl="7" w:tplc="04090017" w:tentative="1">
      <w:start w:val="1"/>
      <w:numFmt w:val="aiueoFullWidth"/>
      <w:lvlText w:val="(%8)"/>
      <w:lvlJc w:val="left"/>
      <w:pPr>
        <w:ind w:left="39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40"/>
      </w:pPr>
    </w:lvl>
  </w:abstractNum>
  <w:abstractNum w:abstractNumId="10" w15:restartNumberingAfterBreak="0">
    <w:nsid w:val="1B97341A"/>
    <w:multiLevelType w:val="hybridMultilevel"/>
    <w:tmpl w:val="47702240"/>
    <w:lvl w:ilvl="0" w:tplc="53C2CAA8">
      <w:start w:val="1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40"/>
      </w:pPr>
    </w:lvl>
    <w:lvl w:ilvl="3" w:tplc="0409000F" w:tentative="1">
      <w:start w:val="1"/>
      <w:numFmt w:val="decimal"/>
      <w:lvlText w:val="%4."/>
      <w:lvlJc w:val="left"/>
      <w:pPr>
        <w:ind w:left="2225" w:hanging="440"/>
      </w:pPr>
    </w:lvl>
    <w:lvl w:ilvl="4" w:tplc="04090017" w:tentative="1">
      <w:start w:val="1"/>
      <w:numFmt w:val="aiueoFullWidth"/>
      <w:lvlText w:val="(%5)"/>
      <w:lvlJc w:val="left"/>
      <w:pPr>
        <w:ind w:left="26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40"/>
      </w:pPr>
    </w:lvl>
    <w:lvl w:ilvl="6" w:tplc="0409000F" w:tentative="1">
      <w:start w:val="1"/>
      <w:numFmt w:val="decimal"/>
      <w:lvlText w:val="%7."/>
      <w:lvlJc w:val="left"/>
      <w:pPr>
        <w:ind w:left="3545" w:hanging="440"/>
      </w:pPr>
    </w:lvl>
    <w:lvl w:ilvl="7" w:tplc="04090017" w:tentative="1">
      <w:start w:val="1"/>
      <w:numFmt w:val="aiueoFullWidth"/>
      <w:lvlText w:val="(%8)"/>
      <w:lvlJc w:val="left"/>
      <w:pPr>
        <w:ind w:left="39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40"/>
      </w:pPr>
    </w:lvl>
  </w:abstractNum>
  <w:num w:numId="1" w16cid:durableId="1022517364">
    <w:abstractNumId w:val="8"/>
  </w:num>
  <w:num w:numId="2" w16cid:durableId="537008683">
    <w:abstractNumId w:val="6"/>
  </w:num>
  <w:num w:numId="3" w16cid:durableId="674458462">
    <w:abstractNumId w:val="5"/>
  </w:num>
  <w:num w:numId="4" w16cid:durableId="1643197194">
    <w:abstractNumId w:val="4"/>
  </w:num>
  <w:num w:numId="5" w16cid:durableId="1892380694">
    <w:abstractNumId w:val="7"/>
  </w:num>
  <w:num w:numId="6" w16cid:durableId="1798329273">
    <w:abstractNumId w:val="3"/>
  </w:num>
  <w:num w:numId="7" w16cid:durableId="464735703">
    <w:abstractNumId w:val="2"/>
  </w:num>
  <w:num w:numId="8" w16cid:durableId="766072342">
    <w:abstractNumId w:val="1"/>
  </w:num>
  <w:num w:numId="9" w16cid:durableId="709689524">
    <w:abstractNumId w:val="0"/>
  </w:num>
  <w:num w:numId="10" w16cid:durableId="506599329">
    <w:abstractNumId w:val="9"/>
  </w:num>
  <w:num w:numId="11" w16cid:durableId="20329509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A61"/>
    <w:rsid w:val="00034616"/>
    <w:rsid w:val="00035763"/>
    <w:rsid w:val="00040F99"/>
    <w:rsid w:val="00052FEC"/>
    <w:rsid w:val="0006063C"/>
    <w:rsid w:val="00066139"/>
    <w:rsid w:val="00077B2F"/>
    <w:rsid w:val="0009073F"/>
    <w:rsid w:val="000B1D4E"/>
    <w:rsid w:val="000D40AB"/>
    <w:rsid w:val="000E78D7"/>
    <w:rsid w:val="000F6361"/>
    <w:rsid w:val="001034FA"/>
    <w:rsid w:val="00111CD4"/>
    <w:rsid w:val="00121850"/>
    <w:rsid w:val="0012334A"/>
    <w:rsid w:val="00126521"/>
    <w:rsid w:val="00136DD6"/>
    <w:rsid w:val="00143E4D"/>
    <w:rsid w:val="0015074B"/>
    <w:rsid w:val="001564D1"/>
    <w:rsid w:val="0016725E"/>
    <w:rsid w:val="001A02F0"/>
    <w:rsid w:val="001B6619"/>
    <w:rsid w:val="001B723E"/>
    <w:rsid w:val="001D430F"/>
    <w:rsid w:val="001F1335"/>
    <w:rsid w:val="001F5C00"/>
    <w:rsid w:val="00203B4A"/>
    <w:rsid w:val="00226A7B"/>
    <w:rsid w:val="002349C4"/>
    <w:rsid w:val="00250839"/>
    <w:rsid w:val="00263C79"/>
    <w:rsid w:val="002641F9"/>
    <w:rsid w:val="0029639D"/>
    <w:rsid w:val="002B3B77"/>
    <w:rsid w:val="002E28D1"/>
    <w:rsid w:val="002F4D93"/>
    <w:rsid w:val="002F7A7C"/>
    <w:rsid w:val="00302079"/>
    <w:rsid w:val="00313DC3"/>
    <w:rsid w:val="00314E4A"/>
    <w:rsid w:val="00326F90"/>
    <w:rsid w:val="0033606D"/>
    <w:rsid w:val="003779A4"/>
    <w:rsid w:val="003A713C"/>
    <w:rsid w:val="003B5451"/>
    <w:rsid w:val="00405BB2"/>
    <w:rsid w:val="00407C32"/>
    <w:rsid w:val="00415EAF"/>
    <w:rsid w:val="00416524"/>
    <w:rsid w:val="0042510C"/>
    <w:rsid w:val="00427F18"/>
    <w:rsid w:val="004624B3"/>
    <w:rsid w:val="00485D5A"/>
    <w:rsid w:val="00495009"/>
    <w:rsid w:val="00495073"/>
    <w:rsid w:val="004A2FFB"/>
    <w:rsid w:val="004B0AE3"/>
    <w:rsid w:val="004C5FDE"/>
    <w:rsid w:val="004D2920"/>
    <w:rsid w:val="004E2079"/>
    <w:rsid w:val="004E2CB3"/>
    <w:rsid w:val="004E41F6"/>
    <w:rsid w:val="004F02FE"/>
    <w:rsid w:val="004F1CDC"/>
    <w:rsid w:val="004F3526"/>
    <w:rsid w:val="004F5488"/>
    <w:rsid w:val="00503718"/>
    <w:rsid w:val="0051686E"/>
    <w:rsid w:val="005304F8"/>
    <w:rsid w:val="005333C1"/>
    <w:rsid w:val="00553057"/>
    <w:rsid w:val="00573E92"/>
    <w:rsid w:val="00576F6D"/>
    <w:rsid w:val="00594BF9"/>
    <w:rsid w:val="005A7501"/>
    <w:rsid w:val="005C3A04"/>
    <w:rsid w:val="005D5788"/>
    <w:rsid w:val="005F1866"/>
    <w:rsid w:val="005F3415"/>
    <w:rsid w:val="006160C0"/>
    <w:rsid w:val="00620687"/>
    <w:rsid w:val="006209B0"/>
    <w:rsid w:val="00630E6E"/>
    <w:rsid w:val="00654ED9"/>
    <w:rsid w:val="006749D7"/>
    <w:rsid w:val="006752AD"/>
    <w:rsid w:val="006B00AA"/>
    <w:rsid w:val="006B50BD"/>
    <w:rsid w:val="006D62A1"/>
    <w:rsid w:val="006E16E9"/>
    <w:rsid w:val="006E1CCA"/>
    <w:rsid w:val="006F48A8"/>
    <w:rsid w:val="00724FC1"/>
    <w:rsid w:val="00763447"/>
    <w:rsid w:val="00775EE0"/>
    <w:rsid w:val="00784E08"/>
    <w:rsid w:val="00797B77"/>
    <w:rsid w:val="007D14B9"/>
    <w:rsid w:val="007F4426"/>
    <w:rsid w:val="0082329B"/>
    <w:rsid w:val="008513F7"/>
    <w:rsid w:val="00851C8E"/>
    <w:rsid w:val="00862AFC"/>
    <w:rsid w:val="0087032E"/>
    <w:rsid w:val="00881C51"/>
    <w:rsid w:val="00892E7D"/>
    <w:rsid w:val="00894198"/>
    <w:rsid w:val="008B0351"/>
    <w:rsid w:val="008B51AF"/>
    <w:rsid w:val="008C0037"/>
    <w:rsid w:val="008D466F"/>
    <w:rsid w:val="008E3DD5"/>
    <w:rsid w:val="008E5506"/>
    <w:rsid w:val="0093781C"/>
    <w:rsid w:val="00957660"/>
    <w:rsid w:val="00975483"/>
    <w:rsid w:val="0098185C"/>
    <w:rsid w:val="009839F3"/>
    <w:rsid w:val="009909FA"/>
    <w:rsid w:val="009A4BD0"/>
    <w:rsid w:val="009E3D8B"/>
    <w:rsid w:val="009E3DEF"/>
    <w:rsid w:val="009F08EB"/>
    <w:rsid w:val="009F33EF"/>
    <w:rsid w:val="00A03695"/>
    <w:rsid w:val="00A11719"/>
    <w:rsid w:val="00A55B9C"/>
    <w:rsid w:val="00A75369"/>
    <w:rsid w:val="00A775AA"/>
    <w:rsid w:val="00A91A1C"/>
    <w:rsid w:val="00AA1D8D"/>
    <w:rsid w:val="00AC394D"/>
    <w:rsid w:val="00B312CB"/>
    <w:rsid w:val="00B47730"/>
    <w:rsid w:val="00B50C50"/>
    <w:rsid w:val="00B57EC1"/>
    <w:rsid w:val="00B7065A"/>
    <w:rsid w:val="00B8451D"/>
    <w:rsid w:val="00B94CC7"/>
    <w:rsid w:val="00BA569E"/>
    <w:rsid w:val="00BB0132"/>
    <w:rsid w:val="00BD268C"/>
    <w:rsid w:val="00BD390E"/>
    <w:rsid w:val="00BE41AB"/>
    <w:rsid w:val="00BE6B0F"/>
    <w:rsid w:val="00C011B5"/>
    <w:rsid w:val="00C1000A"/>
    <w:rsid w:val="00C1725A"/>
    <w:rsid w:val="00C26AC9"/>
    <w:rsid w:val="00C30F14"/>
    <w:rsid w:val="00C518EA"/>
    <w:rsid w:val="00C73B0A"/>
    <w:rsid w:val="00CB0664"/>
    <w:rsid w:val="00CC1E46"/>
    <w:rsid w:val="00CC2AA3"/>
    <w:rsid w:val="00CD57FB"/>
    <w:rsid w:val="00CF3558"/>
    <w:rsid w:val="00D22BF9"/>
    <w:rsid w:val="00D230D3"/>
    <w:rsid w:val="00D254DB"/>
    <w:rsid w:val="00D31C4E"/>
    <w:rsid w:val="00D45986"/>
    <w:rsid w:val="00D50404"/>
    <w:rsid w:val="00D6012E"/>
    <w:rsid w:val="00D76797"/>
    <w:rsid w:val="00D92240"/>
    <w:rsid w:val="00DA2369"/>
    <w:rsid w:val="00DC4872"/>
    <w:rsid w:val="00DC6335"/>
    <w:rsid w:val="00DD3914"/>
    <w:rsid w:val="00DE6EAF"/>
    <w:rsid w:val="00DF5018"/>
    <w:rsid w:val="00E0363F"/>
    <w:rsid w:val="00E13B4B"/>
    <w:rsid w:val="00E37884"/>
    <w:rsid w:val="00E46617"/>
    <w:rsid w:val="00E81EBE"/>
    <w:rsid w:val="00E84FB2"/>
    <w:rsid w:val="00E977DB"/>
    <w:rsid w:val="00EA7A27"/>
    <w:rsid w:val="00EB0D57"/>
    <w:rsid w:val="00ED3F50"/>
    <w:rsid w:val="00ED6234"/>
    <w:rsid w:val="00EF1F0D"/>
    <w:rsid w:val="00F069B3"/>
    <w:rsid w:val="00F120B4"/>
    <w:rsid w:val="00F1647B"/>
    <w:rsid w:val="00F245F8"/>
    <w:rsid w:val="00F34512"/>
    <w:rsid w:val="00F57992"/>
    <w:rsid w:val="00F75A2D"/>
    <w:rsid w:val="00F95FFD"/>
    <w:rsid w:val="00FA2FE7"/>
    <w:rsid w:val="00FA35F2"/>
    <w:rsid w:val="00FC5847"/>
    <w:rsid w:val="00FC693F"/>
    <w:rsid w:val="00FD282A"/>
    <w:rsid w:val="00FD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01227D"/>
  <w14:defaultImageDpi w14:val="300"/>
  <w15:docId w15:val="{49C9DBDD-24A9-4006-AED9-3F990810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A569E"/>
    <w:pPr>
      <w:spacing w:after="50" w:line="269" w:lineRule="auto"/>
    </w:pPr>
    <w:rPr>
      <w:rFonts w:asciiTheme="minorEastAsia" w:hAnsiTheme="minorEastAsia"/>
    </w:rPr>
  </w:style>
  <w:style w:type="paragraph" w:styleId="1">
    <w:name w:val="heading 1"/>
    <w:basedOn w:val="a1"/>
    <w:next w:val="a1"/>
    <w:link w:val="10"/>
    <w:uiPriority w:val="9"/>
    <w:qFormat/>
    <w:rsid w:val="00BA569E"/>
    <w:pPr>
      <w:keepNext/>
      <w:keepLines/>
      <w:spacing w:before="160" w:after="80"/>
      <w:outlineLvl w:val="0"/>
    </w:pPr>
    <w:rPr>
      <w:rFonts w:ascii="Noto Sans CJK JP" w:eastAsia="Noto Sans CJK JP" w:hAnsi="Noto Sans CJK JP" w:cstheme="majorBidi"/>
      <w:bCs/>
      <w:color w:val="365F91" w:themeColor="accent1" w:themeShade="BF"/>
      <w:sz w:val="26"/>
      <w:szCs w:val="28"/>
      <w:lang w:eastAsia="ja-JP"/>
    </w:rPr>
  </w:style>
  <w:style w:type="paragraph" w:styleId="21">
    <w:name w:val="heading 2"/>
    <w:basedOn w:val="a1"/>
    <w:next w:val="a1"/>
    <w:link w:val="22"/>
    <w:uiPriority w:val="9"/>
    <w:unhideWhenUsed/>
    <w:qFormat/>
    <w:rsid w:val="000E7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F497D" w:themeColor="text2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BA569E"/>
    <w:rPr>
      <w:rFonts w:ascii="Noto Sans CJK JP" w:eastAsia="Noto Sans CJK JP" w:hAnsi="Noto Sans CJK JP" w:cstheme="majorBidi"/>
      <w:bCs/>
      <w:color w:val="365F91" w:themeColor="accent1" w:themeShade="BF"/>
      <w:sz w:val="26"/>
      <w:szCs w:val="28"/>
      <w:lang w:eastAsia="ja-JP"/>
    </w:rPr>
  </w:style>
  <w:style w:type="character" w:customStyle="1" w:styleId="22">
    <w:name w:val="見出し 2 (文字)"/>
    <w:basedOn w:val="a2"/>
    <w:link w:val="21"/>
    <w:uiPriority w:val="9"/>
    <w:rsid w:val="000E78D7"/>
    <w:rPr>
      <w:rFonts w:asciiTheme="majorHAnsi" w:eastAsiaTheme="majorEastAsia" w:hAnsiTheme="majorHAnsi" w:cstheme="majorBidi"/>
      <w:b/>
      <w:bCs/>
      <w:color w:val="1F497D" w:themeColor="text2"/>
      <w:sz w:val="23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viewSmall">
    <w:name w:val="ReviewSmall"/>
    <w:pPr>
      <w:spacing w:after="30" w:line="252" w:lineRule="auto"/>
    </w:pPr>
    <w:rPr>
      <w:rFonts w:ascii="Noto Sans CJK JP" w:eastAsia="Noto Sans CJK JP" w:hAnsi="Noto Sans CJK JP"/>
      <w:sz w:val="16"/>
    </w:rPr>
  </w:style>
  <w:style w:type="paragraph" w:styleId="aff">
    <w:name w:val="Revision"/>
    <w:hidden/>
    <w:uiPriority w:val="99"/>
    <w:semiHidden/>
    <w:rsid w:val="00427F18"/>
    <w:pPr>
      <w:spacing w:after="0" w:line="240" w:lineRule="auto"/>
    </w:pPr>
    <w:rPr>
      <w:rFonts w:ascii="Noto Sans CJK JP" w:eastAsia="Noto Sans CJK JP" w:hAnsi="Noto Sans CJK JP"/>
      <w:sz w:val="19"/>
    </w:rPr>
  </w:style>
  <w:style w:type="character" w:styleId="aff0">
    <w:name w:val="annotation reference"/>
    <w:basedOn w:val="a2"/>
    <w:uiPriority w:val="99"/>
    <w:semiHidden/>
    <w:unhideWhenUsed/>
    <w:rsid w:val="006209B0"/>
    <w:rPr>
      <w:sz w:val="18"/>
      <w:szCs w:val="18"/>
    </w:rPr>
  </w:style>
  <w:style w:type="paragraph" w:styleId="aff1">
    <w:name w:val="annotation text"/>
    <w:basedOn w:val="a1"/>
    <w:link w:val="aff2"/>
    <w:uiPriority w:val="99"/>
    <w:unhideWhenUsed/>
    <w:rsid w:val="006209B0"/>
  </w:style>
  <w:style w:type="character" w:customStyle="1" w:styleId="aff2">
    <w:name w:val="コメント文字列 (文字)"/>
    <w:basedOn w:val="a2"/>
    <w:link w:val="aff1"/>
    <w:uiPriority w:val="99"/>
    <w:rsid w:val="006209B0"/>
    <w:rPr>
      <w:rFonts w:ascii="Noto Sans CJK JP" w:eastAsia="Noto Sans CJK JP" w:hAnsi="Noto Sans CJK JP"/>
      <w:sz w:val="19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209B0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6209B0"/>
    <w:rPr>
      <w:rFonts w:ascii="Noto Sans CJK JP" w:eastAsia="Noto Sans CJK JP" w:hAnsi="Noto Sans CJK JP"/>
      <w:b/>
      <w:bCs/>
      <w:sz w:val="19"/>
    </w:rPr>
  </w:style>
  <w:style w:type="paragraph" w:styleId="aff5">
    <w:name w:val="Date"/>
    <w:basedOn w:val="a1"/>
    <w:next w:val="a1"/>
    <w:link w:val="aff6"/>
    <w:uiPriority w:val="99"/>
    <w:semiHidden/>
    <w:unhideWhenUsed/>
    <w:rsid w:val="0093781C"/>
  </w:style>
  <w:style w:type="character" w:customStyle="1" w:styleId="aff6">
    <w:name w:val="日付 (文字)"/>
    <w:basedOn w:val="a2"/>
    <w:link w:val="aff5"/>
    <w:uiPriority w:val="99"/>
    <w:semiHidden/>
    <w:rsid w:val="0093781C"/>
    <w:rPr>
      <w:rFonts w:asciiTheme="minorEastAsia" w:hAns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B875D-40DA-49C5-A8C4-87CA0F0F2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桃井　保典</cp:lastModifiedBy>
  <cp:revision>26</cp:revision>
  <cp:lastPrinted>2026-10-30T02:17:00Z</cp:lastPrinted>
  <dcterms:created xsi:type="dcterms:W3CDTF">2026-10-19T04:02:00Z</dcterms:created>
  <dcterms:modified xsi:type="dcterms:W3CDTF">2026-11-04T00:49:00Z</dcterms:modified>
</cp:coreProperties>
</file>